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👤 דף תרגול: מי החשוד – צללית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הסקה מרמזים מדורגים. נושאים: 📚 לשון, 🌍 גלובליזציה – כפר עולמי, 🌾 חג הסיגד, 🕎 כסליו–חנוכה.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מי מסתתר בצללית?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 – אוניית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ב – מטרייה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ב –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מושג ↔ הגדרה: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1–א · 2–ב · 3–ו · 4–ד · 5–ה · 6–ג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כתבו צללית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רמזים נכונים שמתקדמים מכללי לספציפי.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👤 מי החשוד – צללית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מי מסתתר בצללית?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 את הרמזים לפי הסדר – מהכללי אל המדויק. 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📚 (1) אני כלי קטן.  ←  (2) השורש שלי: פ-ת-ח.  ←  (3) המשקל שלי: מקטל.  ←  (4) בלעדיי הדלת נשארת נעולה.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מנעול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מפתח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דלת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מסרק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אחרי איזה רמז ידעתם? מספר הרמז: 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🌍 (1) אני איטית יחסית.  ←  (2) אני חוצה אוקיינוסים.  ←  (3) אני עוברת בתעלות ובמצרים.  ←  (4) אני נושאת אלפי ארגזים אחידים.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אוניית מכולות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מטוס מטען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רכבת משא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סירת דייגים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אחרי איזה רמז ידעתם? מספר הרמז: 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🌾 (1) אני נפתחת כלפי מעלה.  ←  (2) בדרך כלל מחזיקים אותי ביום גשום.  ←  (3) בחג אני רקומה וצבעונית.  ←  (4) הקסים עומדים תחתיי בסיגד.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כתר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מטרייה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דגל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כובע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אחרי איזה רמז ידעתם? מספר הרמז: ____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🕎 (1) אני כלי של אור.  ←  (2) יש לי מקום בולט אחד.  ←  (3) אני עומדת בחלון או בפתח.  ←  (4) יש לי שמונה קנים ושמש.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מנורת המקדש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חנוכייה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פמוט שבת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פנס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אחרי איזה רמז ידעתם? מספר הרמז: 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מושג ↔ הגדרה: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לכל מושג את ההגדרה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סיגד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חג קהילת ביתא ישראל, שמשמעות שמו השתחוות.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קסים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המנהיגים הרוחניים של הקהילה, שומרי התורה והמנהגים.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התחייבות הדדית וקשר עמוק שמחדשים מעת לעת.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געז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לשון עתיקה של תפילה וכתבי קודש באתיופיה.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כיסופים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געגועים עזים למשהו רחוק ויקר.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ברית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כתבי הקודש של הקהילה בלשון געז, ובהם התורה.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כתבו צללית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מושג אחד מחלק ב׳ וכתבו עליו 4 רמזים: מהכללי ביותר אל המדויק ביותר.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המושג שבחרתי: ______________   רמז 1 (כללי):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רמז 2: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רמז 3: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רמז 4 (מדויק):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מי החשוד – צללית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מי החשוד – צללית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