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👤 דף תרגול: מי החשוד – צללית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הסקה מרמזים מדורגים. נושאים: 📚 לשון, 🌍 גלובליזציה – כפר עולמי, 🌾 חג הסיגד.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מי מסתתר בצללית?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 – מפתח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ב –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ב –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מושג ↔ הגדרה: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1–ג · 2–ד · 3–א · 4–ה · 5–ב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כתבו צללית משלכם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מחוון: רמזים נכונים שמתקדמים מכללי לספציפי.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👤 מי החשוד – צללית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מכתב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letter (mail)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письмо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رسالة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כתובת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address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адрес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عنوان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מעטפה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envelope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конверт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مغلّف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דואר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post office / mail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почта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بريد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אולפן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Hebrew language school (ulpan)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ульпан (школа иврита)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أولبان (مدرسة لتعليم العبرية)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מאפייה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bakery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пекарня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مخبز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crown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корона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تاج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עיתון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newspaper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газета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جريدة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מי מסתתר בצללית?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קראו את הרמזים. הקיפו תשובה.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📚 (1) אני כלי קטן.  ←  (2) השורש שלי: פ-ת-ח.  ←  (3) אני בתיק או בכיס.  ←  (4) אני פותח את הדלת.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מסרק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מפתח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מנעול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דלת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אחרי איזה רמז ידעתם? מספר הרמז: ____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🌍 (1) אני קטן.  ←  (2) יש בי חלקים מהרבה ארצות.  ←  (3) אפשר לדבר דרכי.  ←  (4) אני בכיס שלכם.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ספר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טלפון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תיק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כובע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אחרי איזה רמז ידעתם? מספר הרמז: ____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🌾 (1) אני בטבע.  ←  (2) אני גבוה.  ←  (3) עולים אליי ברגל.  ←  (4) בסיגד מתפללים עליי.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הר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בית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רחוב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אחרי איזה רמז ידעתם? מספר הרמז: 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מושג ↔ הגדרה: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מושג ↔ הגדרה.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שורש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ה בתחילת מילה, כשהדבר מוכר.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משקל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מילה שמתארת שם עצם.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ה״א הידיעה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אותיות שנותנות למילה את המשמעות.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שם עצם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תבנית קבועה שבונים בה מילים.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שם תואר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מילה לדבר, אדם, מקום או רעיון.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כתבו צללית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בחרו מושג. כתבו 3 רמזים.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המושג שבחרתי: ______________   רמז 1 (כללי):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רמז 2: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רמז 3: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רמז 4 (מדויק):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מי החשוד – צללית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מי החשוד – צללית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