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8"/>
          <w:rtl/>
          <w:szCs w:val="38"/>
          <w:bCs/>
        </w:rPr>
        <w:t>👤 דף תרגול: מי החשוד – צללית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 חנ״מ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32"/>
          <w:rtl/>
          <w:szCs w:val="32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הדף מתרגל את המיומנות של המשחק באתר: הסקה מרמזים מדורגים. נושאים: 📚 לשון, 🌍 גלובליזציה – כפר עולמי, 🌾 חג הסיגד, 🕎 כסליו–חנוכה. זמן משוער: 15–25 דק׳. מסלול חנ״מ: פחות פריטים, 3 אפשרויות, מחסן מילים, גופן גדול; מומלץ להקריא את ההוראות.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א׳ – מי מסתתר בצללית?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1. א – מפתח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2. ב – אונייה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3. ב – מטרייה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ב׳ – מושג ↔ הגדרה: 🕎 כסליו–חנוכה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התאמה: 1–ד · 2–ג · 3–א · 4–ב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ג׳ – כתבו צללית משלכם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מחוון: רמזים נכונים שמתקדמים מכללי לספציפי.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6"/>
          <w:rtl/>
          <w:szCs w:val="36"/>
          <w:bCs/>
        </w:rPr>
        <w:t>👤 מי החשוד – צללית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מסלול: חנ״מ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א׳ – מי מסתתר בצללית?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קראו את הרמזים. הקיפו תשובה.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8"/>
          <w:rtl/>
          <w:szCs w:val="28"/>
        </w:rPr>
        <w:t>1. 📚 (1) אני כלי קטן.  ←  (2) שורש: פ-ת-ח.  ←  (3) אני פותח דלת.  ←  (4) יש לי שיניים קטנות.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א. מפתח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ב. מסרק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ג. מספריים</w:t>
      </w:r>
    </w:p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אחרי איזה רמז ידעתם? מספר הרמז: ____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8"/>
          <w:rtl/>
          <w:szCs w:val="28"/>
        </w:rPr>
        <w:t>2. 🌍 (1) אני גדולה.  ←  (2) אני חוצה ים.  ←  (3) אני עוברת בתעלות.  ←  (4) אני נושאת מכולות.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א. רכבת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ב. אונייה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ג. מטוס</w:t>
      </w:r>
    </w:p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אחרי איזה רמז ידעתם? מספר הרמז: ____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8"/>
          <w:rtl/>
          <w:szCs w:val="28"/>
        </w:rPr>
        <w:t>3. 🌾 (1) אני נפתחת.  ←  (2) אני מגינה מגשם.  ←  (3) בחג אני צבעונית.  ←  (4) הקס עומד מתחתיי.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א. כובע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ב. מטרייה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ג. דגל</w:t>
      </w:r>
    </w:p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אחרי איזה רמז ידעתם? מספר הרמז: 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ב׳ – מושג ↔ הגדרה: 🕎 כסליו–חנוכה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התאימו מושג ↔ הגדרה.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מושג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הגדרה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1. חנוכייה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א. כד קטן של שמן מהסיפור.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2. שמש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ב. צעצוע עם ארבע אותיות.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3. פך השמן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ג. הנר שמדליק את כל השאר.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4. סביבון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ד. מנורה של שמונה נרות ושמש.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ג׳ – כתבו צללית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בחרו מושג. כתבו 3 רמזים.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1. המושג שבחרתי: ______________   רמז 1 (כללי):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2. רמז 2: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3. רמז 3: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32"/>
          <w:rtl/>
          <w:szCs w:val="32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🎟️ כרטיס יציאה – מי החשוד – צללית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מי החשוד – צללית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