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👁️ דף תרגול: תעתועי ראייה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חשיבה מהירה ואיטית, ביקורתיות. נושאים: כללי.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תעתועי ראייה – מה ראינו ומה האמת?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שניהם באותו אורך (המוח מפרש את הצורה כולה ולא מודד רק את הקו)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א – שניהם באותו גודל (המוח משווה כל עיגול לסביבה שלו)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ג – אף אחד (המוח משלים צורה מוכרת מתוך רמזים)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ב – ישרים ומקבילים (סידור המשבצות מטעה את העין)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ב – קשה – המוח קורא את המילה מהר יותר (הקריאה אוטומטית ו"קופצת" לפני ההחלטה)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חשיבה מהירה ⚡ או חשיבה איטית 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איטית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איטית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איטית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6.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7. איטית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8.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עוצרים וחושבים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מחוון: מצב לימודי מוחשי + פעולת בדיקה (מדידה, השוואה, קריאה חוזרת, מקור נוסף).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👁️ תעתועי ראייה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תעתועי ראייה – מה ראינו ומה האמת?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קראו את תיאור התעתוע (כמו במשחק באתר) והקיפו את התשובה הנכונה.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👁️ התעתוע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שני קווים שווים, ובקצותיהם חצים – פעם פונים פנימה ופעם החוצה.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איזה קו ארוך יותר באמת?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העליון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שניהם באותו אורך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התחתון</w:t>
      </w:r>
    </w:p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👁️ התעתוע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שני עיגולים כתומים זהים: אחד מוקף עיגולים גדולים, והשני מוקף עיגולים קטנים.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איזה עיגול כתום גדול יותר באמת?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שניהם באותו גודל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זה שליד הגדולים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זה שליד הקטנים</w:t>
      </w:r>
    </w:p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👁️ התעתוע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שלושה עיגולים שחסרה להם "פרוסה", ונראה כאילו יש ביניהם משולש לבן.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כמה משולשים צוירו באמת?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אחד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שניים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אף אחד</w:t>
      </w:r>
    </w:p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👁️ התעתוע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שורות של משבצות שחורות ולבנות מוזזות, ובין השורות קווים אפורים.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4. איך באמת נראים הקווים האפורים?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עקומים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ישרים ומקבילים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מתעגלים</w:t>
      </w:r>
    </w:p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👁️ התעתוע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המילה "אדום" כתובה בדיו כחולה, והמילה "ירוק" כתובה בדיו צהובה.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5. מה קורה כשמנסים לומר בקול את צבע הדיו?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קל מאוד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קשה – המוח קורא את המילה מהר יותר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אין הבדל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חשיבה מהירה ⚡ או חשיבה איטית 🐢?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סמנו ✓ בעמודה המתאימה לכל מצב.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645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המצב</w:t>
            </w:r>
          </w:p>
        </w:tc>
        <w:tc>
          <w:tcPr>
            <w:tcW w:type="dxa" w:w="181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⚡ מהירה</w:t>
            </w:r>
          </w:p>
        </w:tc>
        <w:tc>
          <w:tcPr>
            <w:tcW w:type="dxa" w:w="181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🐢 איטית</w:t>
            </w:r>
          </w:p>
        </w:tc>
      </w:tr>
      <w:tr>
        <w:tc>
          <w:tcPr>
            <w:tcW w:type="dxa" w:w="645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לקרוא כותרת ולהחליט מיד שהידיעה נכונה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45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לבדוק מספר בטבלה לפני שעונים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45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לזהות פרצוף של חבר/ה במסדרון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45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לפתור תרגיל חשבון בכמה שלבים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45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לעצור לפני "שלח" ולקרוא שוב את ההודעה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45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לקפוץ הצידה כשכדור עף לעברנו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45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7. להשוות שני מקורות מידע לפני שכותבים עבודה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45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8. לענות "2" כששואלים כמה זה 1+1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עוצרים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תארו מצב בלמידה (קריאת טקסט, גרף, מפה או כותרת) שבו כדאי לעצור ולהפעיל חשיבה איטית. מה תעשו כדי לבדוק?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תעתועי ראייה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🐢 כתבו מילה אחת שתזכיר לכם לעצור ולבדוק: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תעתועי ראייה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