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👁️ דף תרגול: תעתועי 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חשיבה מהירה ואיטית, ביקורתיות. נושאים: כללי.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תעתועי ראייה – מה ראינו ומה האמת?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שניהם באותו אורך (המוח מפרש את הצורה כולה ולא מודד רק את הקו)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 – שניהם באותו גודל (המוח משווה כל עיגול לסביבה שלו)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אף אחד (המוח משלים צורה מוכרת מתוך רמזים)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ב – ישרים ומקבילים (סידור המשבצות מטעה את העין)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חשיבה מהירה ⚡ או חשיבה איטית 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מצב לימודי מוחשי + פעולת בדיקה (מדידה, השוואה, קריאה חוזרת, מקור נוסף).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👁️ תעתועי ראייה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תעתועי ראייה – מה ראינו ומה האמת?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קראו. הקיפו 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שני קווים שווים, ובקצותיהם חצים – פעם פונים פנימה ופעם החוצה.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איזה קו ארוך יותר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העליון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שניהם באותו אורך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התחתון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שני עיגולים כתומים זהים: אחד מוקף עיגולים גדולים, והשני מוקף עיגולים קטנים.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איזה עיגול כתום גדול יותר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שניהם באותו גודל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זה שליד הגדולים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זה שליד הקטנים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שלושה עיגולים שחסרה להם "פרוסה", ונראה כאילו יש ביניהם משולש לבן.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כמה משולשים צוירו באמת?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אחד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שניים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אף אחד</w:t>
      </w:r>
    </w:p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👁️ התעתוע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שורות של משבצות שחורות ולבנות מוזזות, ובין השורות קווים אפורים.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איך באמת נראים הקווים האפורים?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עקומים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ישרים ומקבילים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מתעגלים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חשיבה מהירה ⚡ או חשיבה איטית 🐢?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✓: מהירה או איטית.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📘 מילון קטן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מהירה = fast / быстро / سريع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איטית = slow / медленно / بطيء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לבדוק = to check / проверить / يفحص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להחליט = to decide / решить / يقرر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645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המצב</w:t>
            </w:r>
          </w:p>
        </w:tc>
        <w:tc>
          <w:tcPr>
            <w:tcW w:type="dxa" w:w="18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⚡ מהירה</w:t>
            </w:r>
          </w:p>
        </w:tc>
        <w:tc>
          <w:tcPr>
            <w:tcW w:type="dxa" w:w="181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🐢 איטית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לקרוא כותרת ולהחליט מיד שהידיעה נכונה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לבדוק מספר בטבלה לפני שעונים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לזהות פרצוף של חבר/ה במסדרון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לפתור תרגיל חשבון בכמה שלבים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לעצור לפני "שלח" ולקרוא שוב את ההודעה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645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לקפוץ הצידה כשכדור עף לעברנו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181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מתי כדאי לעצור ולבדוק? כתבו דוגמה.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תעתועי ראייה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🐢 מילה שתזכיר לי לבדוק: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תעתועי ראייה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