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8"/>
          <w:rtl/>
          <w:szCs w:val="38"/>
          <w:bCs/>
        </w:rPr>
        <w:t>👁️ דף תרגול: תעתועי ראייה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 חנ״מ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32"/>
          <w:rtl/>
          <w:szCs w:val="32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הדף מתרגל את המיומנות של המשחק באתר: חשיבה מהירה ואיטית, ביקורתיות. נושאים: כללי. זמן משוער: 15–25 דק׳. מסלול חנ״מ: פחות פריטים, 3 אפשרויות, מחסן מילים, גופן גדול; מומלץ להקריא את ההוראות.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א׳ – תעתועי ראייה – מה ראינו ומה האמת?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1. ב – שניהם באותו אורך (המוח מפרש את הצורה כולה ולא מודד רק את הקו)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2. א – שניהם באותו גודל (המוח משווה כל עיגול לסביבה שלו)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3. ג – אף אחד (המוח משלים צורה מוכרת מתוך רמזים)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ב׳ – חשיבה מהירה ⚡ או חשיבה איטית 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1. מהירה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2. איטית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3. מהירה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4. איטית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5. איטית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ג׳ – עוצרים וחושבים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מחוון: מצב לימודי מוחשי + פעולת בדיקה (מדידה, השוואה, קריאה חוזרת, מקור נוסף).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6"/>
          <w:rtl/>
          <w:szCs w:val="36"/>
          <w:bCs/>
        </w:rPr>
        <w:t>👁️ תעתועי ראייה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מסלול: חנ״מ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א׳ – תעתועי ראייה – מה ראינו ומה האמת?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קראו. הקיפו תשובה.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EF9C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👁️ התעתוע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שני קווים שווים, ובקצותיהם חצים – פעם פונים פנימה ופעם החוצה.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8"/>
          <w:rtl/>
          <w:szCs w:val="28"/>
        </w:rPr>
        <w:t>1. איזה קו ארוך יותר באמת?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א. העליון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ב. שניהם באותו אורך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ג. התחתון</w:t>
      </w:r>
    </w:p>
    <w:p>
      <w:pPr>
        <w:bidi/>
        <w:spacing w:after="4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EF9C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👁️ התעתוע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שני עיגולים כתומים זהים: אחד מוקף עיגולים גדולים, והשני מוקף עיגולים קטנים.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8"/>
          <w:rtl/>
          <w:szCs w:val="28"/>
        </w:rPr>
        <w:t>2. איזה עיגול כתום גדול יותר באמת?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א. שניהם באותו גודל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ב. זה שליד הגדולים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ג. זה שליד הקטנים</w:t>
      </w:r>
    </w:p>
    <w:p>
      <w:pPr>
        <w:bidi/>
        <w:spacing w:after="4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EF9C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👁️ התעתוע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שלושה עיגולים שחסרה להם "פרוסה", ונראה כאילו יש ביניהם משולש לבן.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8"/>
          <w:rtl/>
          <w:szCs w:val="28"/>
        </w:rPr>
        <w:t>3. כמה משולשים צוירו באמת?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א. אחד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ב. שניים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ג. אף אחד</w:t>
      </w:r>
    </w:p>
    <w:p>
      <w:pPr>
        <w:bidi/>
        <w:spacing w:after="4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ב׳ – חשיבה מהירה ⚡ או חשיבה איטית 🐢?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סמנו ✓: מהירה או איטית.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645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המצב</w:t>
            </w:r>
          </w:p>
        </w:tc>
        <w:tc>
          <w:tcPr>
            <w:tcW w:type="dxa" w:w="1816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⚡ מהירה</w:t>
            </w:r>
          </w:p>
        </w:tc>
        <w:tc>
          <w:tcPr>
            <w:tcW w:type="dxa" w:w="1816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🐢 איטית</w:t>
            </w:r>
          </w:p>
        </w:tc>
      </w:tr>
      <w:tr>
        <w:tc>
          <w:tcPr>
            <w:tcW w:type="dxa" w:w="645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1. לקרוא כותרת ולהחליט מיד שהידיעה נכונה</w:t>
            </w:r>
          </w:p>
        </w:tc>
        <w:tc>
          <w:tcPr>
            <w:tcW w:type="dxa" w:w="181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181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645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2. לבדוק מספר בטבלה לפני שעונים</w:t>
            </w:r>
          </w:p>
        </w:tc>
        <w:tc>
          <w:tcPr>
            <w:tcW w:type="dxa" w:w="181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181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645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3. לזהות פרצוף של חבר/ה במסדרון</w:t>
            </w:r>
          </w:p>
        </w:tc>
        <w:tc>
          <w:tcPr>
            <w:tcW w:type="dxa" w:w="181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181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645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4. לפתור תרגיל חשבון בכמה שלבים</w:t>
            </w:r>
          </w:p>
        </w:tc>
        <w:tc>
          <w:tcPr>
            <w:tcW w:type="dxa" w:w="181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181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645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5. לעצור לפני "שלח" ולקרוא שוב את ההודעה</w:t>
            </w:r>
          </w:p>
        </w:tc>
        <w:tc>
          <w:tcPr>
            <w:tcW w:type="dxa" w:w="181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181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☐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ג׳ – עוצרים וחושבים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מתי כדאי לעצור ולבדוק? כתבו דוגמה.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32"/>
          <w:rtl/>
          <w:szCs w:val="32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🎟️ כרטיס יציאה – תעתועי ראייה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🐢 מילה שתזכיר לי לבדוק: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תעתועי ראייה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